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F4C" w:rsidRPr="00862090" w:rsidRDefault="00862090">
      <w:pPr>
        <w:jc w:val="center"/>
        <w:rPr>
          <w:rFonts w:asciiTheme="majorHAnsi" w:hAnsiTheme="majorHAnsi" w:cstheme="majorHAnsi"/>
          <w:sz w:val="28"/>
          <w:szCs w:val="28"/>
        </w:rPr>
      </w:pPr>
      <w:r w:rsidRPr="00862090">
        <w:rPr>
          <w:rFonts w:asciiTheme="majorHAnsi" w:hAnsiTheme="majorHAnsi" w:cstheme="majorHAnsi"/>
          <w:b/>
          <w:sz w:val="28"/>
          <w:szCs w:val="28"/>
        </w:rPr>
        <w:t>Formularz ofertowy</w:t>
      </w:r>
    </w:p>
    <w:p w:rsidR="005F1F4C" w:rsidRPr="00862090" w:rsidRDefault="00D87AEE">
      <w:pPr>
        <w:jc w:val="center"/>
        <w:rPr>
          <w:rFonts w:asciiTheme="majorHAnsi" w:hAnsiTheme="majorHAnsi" w:cstheme="majorHAnsi"/>
          <w:sz w:val="22"/>
        </w:rPr>
      </w:pPr>
      <w:r w:rsidRPr="00862090">
        <w:rPr>
          <w:rFonts w:asciiTheme="majorHAnsi" w:hAnsiTheme="majorHAnsi" w:cstheme="majorHAnsi"/>
          <w:b/>
          <w:sz w:val="22"/>
        </w:rPr>
        <w:t>„</w:t>
      </w:r>
      <w:r w:rsidR="00113221" w:rsidRPr="00862090">
        <w:rPr>
          <w:rFonts w:asciiTheme="majorHAnsi" w:eastAsia="Times New Roman" w:hAnsiTheme="majorHAnsi" w:cstheme="majorHAnsi"/>
          <w:b/>
          <w:bCs/>
          <w:sz w:val="22"/>
          <w:lang w:eastAsia="pl-PL"/>
        </w:rPr>
        <w:t xml:space="preserve"> Dostawa i montaż instalacji foto</w:t>
      </w:r>
      <w:bookmarkStart w:id="0" w:name="_GoBack"/>
      <w:bookmarkEnd w:id="0"/>
      <w:r w:rsidR="00113221" w:rsidRPr="00862090">
        <w:rPr>
          <w:rFonts w:asciiTheme="majorHAnsi" w:eastAsia="Times New Roman" w:hAnsiTheme="majorHAnsi" w:cstheme="majorHAnsi"/>
          <w:b/>
          <w:bCs/>
          <w:sz w:val="22"/>
          <w:lang w:eastAsia="pl-PL"/>
        </w:rPr>
        <w:t>woltaicznej na dachu budynku IFR PAN w Krakowie</w:t>
      </w:r>
      <w:r w:rsidRPr="00862090">
        <w:rPr>
          <w:rFonts w:asciiTheme="majorHAnsi" w:hAnsiTheme="majorHAnsi" w:cstheme="majorHAnsi"/>
          <w:b/>
          <w:sz w:val="22"/>
        </w:rPr>
        <w:t>”</w:t>
      </w:r>
    </w:p>
    <w:p w:rsidR="005F1F4C" w:rsidRPr="00862090" w:rsidRDefault="00D87AEE">
      <w:pPr>
        <w:pStyle w:val="Nagwek1"/>
        <w:rPr>
          <w:rFonts w:cstheme="majorHAnsi"/>
          <w:color w:val="000000" w:themeColor="text1"/>
          <w:sz w:val="22"/>
          <w:szCs w:val="22"/>
        </w:rPr>
      </w:pPr>
      <w:r w:rsidRPr="00862090">
        <w:rPr>
          <w:rFonts w:cstheme="majorHAnsi"/>
          <w:color w:val="000000" w:themeColor="text1"/>
          <w:sz w:val="22"/>
          <w:szCs w:val="22"/>
        </w:rPr>
        <w:t>1. Dane Wykonawcy</w:t>
      </w:r>
    </w:p>
    <w:p w:rsidR="005F1F4C" w:rsidRPr="00862090" w:rsidRDefault="00D87AEE">
      <w:pPr>
        <w:rPr>
          <w:rFonts w:asciiTheme="majorHAnsi" w:hAnsiTheme="majorHAnsi" w:cstheme="majorHAnsi"/>
          <w:sz w:val="22"/>
        </w:rPr>
      </w:pPr>
      <w:r w:rsidRPr="00862090">
        <w:rPr>
          <w:rFonts w:asciiTheme="majorHAnsi" w:hAnsiTheme="majorHAnsi" w:cstheme="majorHAnsi"/>
          <w:sz w:val="22"/>
        </w:rPr>
        <w:t>Nazwa Wykonawcy:</w:t>
      </w:r>
      <w:r w:rsidRPr="00862090">
        <w:rPr>
          <w:rFonts w:asciiTheme="majorHAnsi" w:hAnsiTheme="majorHAnsi" w:cstheme="majorHAnsi"/>
          <w:sz w:val="22"/>
        </w:rPr>
        <w:br/>
        <w:t>....................................................................................................................</w:t>
      </w:r>
    </w:p>
    <w:p w:rsidR="005F1F4C" w:rsidRPr="00862090" w:rsidRDefault="00D87AEE">
      <w:pPr>
        <w:rPr>
          <w:rFonts w:asciiTheme="majorHAnsi" w:hAnsiTheme="majorHAnsi" w:cstheme="majorHAnsi"/>
          <w:sz w:val="22"/>
        </w:rPr>
      </w:pPr>
      <w:r w:rsidRPr="00862090">
        <w:rPr>
          <w:rFonts w:asciiTheme="majorHAnsi" w:hAnsiTheme="majorHAnsi" w:cstheme="majorHAnsi"/>
          <w:sz w:val="22"/>
        </w:rPr>
        <w:t>Adres:</w:t>
      </w:r>
      <w:r w:rsidRPr="00862090">
        <w:rPr>
          <w:rFonts w:asciiTheme="majorHAnsi" w:hAnsiTheme="majorHAnsi" w:cstheme="majorHAnsi"/>
          <w:sz w:val="22"/>
        </w:rPr>
        <w:br/>
        <w:t>....................................................................................................................</w:t>
      </w:r>
    </w:p>
    <w:p w:rsidR="005F1F4C" w:rsidRPr="00862090" w:rsidRDefault="00D87AEE">
      <w:pPr>
        <w:rPr>
          <w:rFonts w:asciiTheme="majorHAnsi" w:hAnsiTheme="majorHAnsi" w:cstheme="majorHAnsi"/>
          <w:sz w:val="22"/>
        </w:rPr>
      </w:pPr>
      <w:r w:rsidRPr="00862090">
        <w:rPr>
          <w:rFonts w:asciiTheme="majorHAnsi" w:hAnsiTheme="majorHAnsi" w:cstheme="majorHAnsi"/>
          <w:sz w:val="22"/>
        </w:rPr>
        <w:t>NIP:</w:t>
      </w:r>
      <w:r w:rsidRPr="00862090">
        <w:rPr>
          <w:rFonts w:asciiTheme="majorHAnsi" w:hAnsiTheme="majorHAnsi" w:cstheme="majorHAnsi"/>
          <w:sz w:val="22"/>
        </w:rPr>
        <w:br/>
        <w:t>....................................................................................................................</w:t>
      </w:r>
    </w:p>
    <w:p w:rsidR="005F1F4C" w:rsidRPr="00862090" w:rsidRDefault="00D87AEE">
      <w:pPr>
        <w:rPr>
          <w:rFonts w:asciiTheme="majorHAnsi" w:hAnsiTheme="majorHAnsi" w:cstheme="majorHAnsi"/>
          <w:sz w:val="22"/>
        </w:rPr>
      </w:pPr>
      <w:r w:rsidRPr="00862090">
        <w:rPr>
          <w:rFonts w:asciiTheme="majorHAnsi" w:hAnsiTheme="majorHAnsi" w:cstheme="majorHAnsi"/>
          <w:sz w:val="22"/>
        </w:rPr>
        <w:t>REGON:</w:t>
      </w:r>
      <w:r w:rsidRPr="00862090">
        <w:rPr>
          <w:rFonts w:asciiTheme="majorHAnsi" w:hAnsiTheme="majorHAnsi" w:cstheme="majorHAnsi"/>
          <w:sz w:val="22"/>
        </w:rPr>
        <w:br/>
        <w:t>....................................................................................................................</w:t>
      </w:r>
    </w:p>
    <w:p w:rsidR="005F1F4C" w:rsidRPr="00862090" w:rsidRDefault="00D87AEE">
      <w:pPr>
        <w:rPr>
          <w:rFonts w:asciiTheme="majorHAnsi" w:hAnsiTheme="majorHAnsi" w:cstheme="majorHAnsi"/>
          <w:sz w:val="22"/>
        </w:rPr>
      </w:pPr>
      <w:r w:rsidRPr="00862090">
        <w:rPr>
          <w:rFonts w:asciiTheme="majorHAnsi" w:hAnsiTheme="majorHAnsi" w:cstheme="majorHAnsi"/>
          <w:sz w:val="22"/>
        </w:rPr>
        <w:t>Telefon:</w:t>
      </w:r>
      <w:r w:rsidRPr="00862090">
        <w:rPr>
          <w:rFonts w:asciiTheme="majorHAnsi" w:hAnsiTheme="majorHAnsi" w:cstheme="majorHAnsi"/>
          <w:sz w:val="22"/>
        </w:rPr>
        <w:br/>
        <w:t>....................................................................................................................</w:t>
      </w:r>
    </w:p>
    <w:p w:rsidR="005F1F4C" w:rsidRPr="00862090" w:rsidRDefault="00D87AEE">
      <w:pPr>
        <w:rPr>
          <w:rFonts w:asciiTheme="majorHAnsi" w:hAnsiTheme="majorHAnsi" w:cstheme="majorHAnsi"/>
          <w:sz w:val="22"/>
        </w:rPr>
      </w:pPr>
      <w:r w:rsidRPr="00862090">
        <w:rPr>
          <w:rFonts w:asciiTheme="majorHAnsi" w:hAnsiTheme="majorHAnsi" w:cstheme="majorHAnsi"/>
          <w:sz w:val="22"/>
        </w:rPr>
        <w:t>E-mail:</w:t>
      </w:r>
      <w:r w:rsidRPr="00862090">
        <w:rPr>
          <w:rFonts w:asciiTheme="majorHAnsi" w:hAnsiTheme="majorHAnsi" w:cstheme="majorHAnsi"/>
          <w:sz w:val="22"/>
        </w:rPr>
        <w:br/>
        <w:t>....................................................................................................................</w:t>
      </w:r>
    </w:p>
    <w:p w:rsidR="005F1F4C" w:rsidRPr="00862090" w:rsidRDefault="00D87AEE">
      <w:pPr>
        <w:pStyle w:val="Nagwek1"/>
        <w:rPr>
          <w:rFonts w:cstheme="majorHAnsi"/>
          <w:color w:val="000000" w:themeColor="text1"/>
          <w:sz w:val="22"/>
          <w:szCs w:val="22"/>
        </w:rPr>
      </w:pPr>
      <w:r w:rsidRPr="00862090">
        <w:rPr>
          <w:rFonts w:cstheme="majorHAnsi"/>
          <w:color w:val="000000" w:themeColor="text1"/>
          <w:sz w:val="22"/>
          <w:szCs w:val="22"/>
        </w:rPr>
        <w:t>2. Oferowana cena</w:t>
      </w:r>
    </w:p>
    <w:p w:rsidR="005F1F4C" w:rsidRPr="00862090" w:rsidRDefault="00D87AEE">
      <w:pPr>
        <w:rPr>
          <w:rFonts w:asciiTheme="majorHAnsi" w:hAnsiTheme="majorHAnsi" w:cstheme="majorHAnsi"/>
          <w:sz w:val="22"/>
        </w:rPr>
      </w:pPr>
      <w:r w:rsidRPr="00862090">
        <w:rPr>
          <w:rFonts w:asciiTheme="majorHAnsi" w:hAnsiTheme="majorHAnsi" w:cstheme="majorHAnsi"/>
          <w:sz w:val="22"/>
        </w:rPr>
        <w:t>Cena netto: ................................................ zł</w:t>
      </w:r>
    </w:p>
    <w:p w:rsidR="005F1F4C" w:rsidRPr="00862090" w:rsidRDefault="00D87AEE">
      <w:pPr>
        <w:rPr>
          <w:rFonts w:asciiTheme="majorHAnsi" w:hAnsiTheme="majorHAnsi" w:cstheme="majorHAnsi"/>
          <w:sz w:val="22"/>
        </w:rPr>
      </w:pPr>
      <w:r w:rsidRPr="00862090">
        <w:rPr>
          <w:rFonts w:asciiTheme="majorHAnsi" w:hAnsiTheme="majorHAnsi" w:cstheme="majorHAnsi"/>
          <w:sz w:val="22"/>
        </w:rPr>
        <w:t>VAT: ................................................ zł</w:t>
      </w:r>
    </w:p>
    <w:p w:rsidR="005F1F4C" w:rsidRPr="00862090" w:rsidRDefault="00D87AEE">
      <w:pPr>
        <w:rPr>
          <w:rFonts w:asciiTheme="majorHAnsi" w:hAnsiTheme="majorHAnsi" w:cstheme="majorHAnsi"/>
          <w:sz w:val="22"/>
        </w:rPr>
      </w:pPr>
      <w:r w:rsidRPr="00862090">
        <w:rPr>
          <w:rFonts w:asciiTheme="majorHAnsi" w:hAnsiTheme="majorHAnsi" w:cstheme="majorHAnsi"/>
          <w:sz w:val="22"/>
        </w:rPr>
        <w:t>Cena brutto: ................................................ zł</w:t>
      </w:r>
    </w:p>
    <w:p w:rsidR="005F1F4C" w:rsidRPr="00862090" w:rsidRDefault="00D87AEE">
      <w:pPr>
        <w:rPr>
          <w:rFonts w:asciiTheme="majorHAnsi" w:hAnsiTheme="majorHAnsi" w:cstheme="majorHAnsi"/>
          <w:sz w:val="22"/>
        </w:rPr>
      </w:pPr>
      <w:r w:rsidRPr="00862090">
        <w:rPr>
          <w:rFonts w:asciiTheme="majorHAnsi" w:hAnsiTheme="majorHAnsi" w:cstheme="majorHAnsi"/>
          <w:sz w:val="22"/>
        </w:rPr>
        <w:t>Słownie cena brutto:</w:t>
      </w:r>
      <w:r w:rsidRPr="00862090">
        <w:rPr>
          <w:rFonts w:asciiTheme="majorHAnsi" w:hAnsiTheme="majorHAnsi" w:cstheme="majorHAnsi"/>
          <w:sz w:val="22"/>
        </w:rPr>
        <w:br/>
        <w:t>....................................................................................................................</w:t>
      </w:r>
      <w:r w:rsidRPr="00862090">
        <w:rPr>
          <w:rFonts w:asciiTheme="majorHAnsi" w:hAnsiTheme="majorHAnsi" w:cstheme="majorHAnsi"/>
          <w:sz w:val="22"/>
        </w:rPr>
        <w:br/>
        <w:t>....................................................................................................................</w:t>
      </w:r>
    </w:p>
    <w:p w:rsidR="005F1F4C" w:rsidRPr="00862090" w:rsidRDefault="00D87AEE">
      <w:pPr>
        <w:pStyle w:val="Nagwek1"/>
        <w:rPr>
          <w:rFonts w:cstheme="majorHAnsi"/>
          <w:color w:val="000000" w:themeColor="text1"/>
          <w:sz w:val="22"/>
          <w:szCs w:val="22"/>
        </w:rPr>
      </w:pPr>
      <w:r w:rsidRPr="00862090">
        <w:rPr>
          <w:rFonts w:cstheme="majorHAnsi"/>
          <w:color w:val="000000" w:themeColor="text1"/>
          <w:sz w:val="22"/>
          <w:szCs w:val="22"/>
        </w:rPr>
        <w:t>3. Oferowana moc instalacji fotowoltaicznej</w:t>
      </w:r>
    </w:p>
    <w:p w:rsidR="005F1F4C" w:rsidRPr="00862090" w:rsidRDefault="00D87AEE">
      <w:pPr>
        <w:rPr>
          <w:rFonts w:asciiTheme="majorHAnsi" w:hAnsiTheme="majorHAnsi" w:cstheme="majorHAnsi"/>
          <w:sz w:val="22"/>
        </w:rPr>
      </w:pPr>
      <w:r w:rsidRPr="00862090">
        <w:rPr>
          <w:rFonts w:asciiTheme="majorHAnsi" w:hAnsiTheme="majorHAnsi" w:cstheme="majorHAnsi"/>
          <w:sz w:val="22"/>
        </w:rPr>
        <w:t>Oferowana moc instalacji fotowoltaicznej wynosi:</w:t>
      </w:r>
    </w:p>
    <w:p w:rsidR="005F1F4C" w:rsidRPr="00862090" w:rsidRDefault="00D87AEE">
      <w:pPr>
        <w:jc w:val="center"/>
        <w:rPr>
          <w:rFonts w:asciiTheme="majorHAnsi" w:hAnsiTheme="majorHAnsi" w:cstheme="majorHAnsi"/>
          <w:sz w:val="22"/>
        </w:rPr>
      </w:pPr>
      <w:r w:rsidRPr="00862090">
        <w:rPr>
          <w:rFonts w:asciiTheme="majorHAnsi" w:hAnsiTheme="majorHAnsi" w:cstheme="majorHAnsi"/>
          <w:b/>
          <w:sz w:val="22"/>
        </w:rPr>
        <w:t>................................................ kWp</w:t>
      </w:r>
    </w:p>
    <w:p w:rsidR="005F1F4C" w:rsidRPr="00862090" w:rsidRDefault="00D87AEE">
      <w:pPr>
        <w:rPr>
          <w:rFonts w:asciiTheme="majorHAnsi" w:hAnsiTheme="majorHAnsi" w:cstheme="majorHAnsi"/>
          <w:sz w:val="22"/>
        </w:rPr>
      </w:pPr>
      <w:r w:rsidRPr="00862090">
        <w:rPr>
          <w:rFonts w:asciiTheme="majorHAnsi" w:hAnsiTheme="majorHAnsi" w:cstheme="majorHAnsi"/>
          <w:sz w:val="22"/>
        </w:rPr>
        <w:t>Oświadczamy, że oferowana moc instalacji mieści się w wymaganym przez Zamawiającego przedziale: 48,00 kWp – 50,00 kWp.</w:t>
      </w:r>
    </w:p>
    <w:p w:rsidR="005F1F4C" w:rsidRPr="00862090" w:rsidRDefault="00D87AEE">
      <w:pPr>
        <w:pStyle w:val="Nagwek1"/>
        <w:rPr>
          <w:rFonts w:cstheme="majorHAnsi"/>
          <w:color w:val="000000" w:themeColor="text1"/>
          <w:sz w:val="22"/>
          <w:szCs w:val="22"/>
        </w:rPr>
      </w:pPr>
      <w:r w:rsidRPr="00862090">
        <w:rPr>
          <w:rFonts w:cstheme="majorHAnsi"/>
          <w:color w:val="000000" w:themeColor="text1"/>
          <w:sz w:val="22"/>
          <w:szCs w:val="22"/>
        </w:rPr>
        <w:t>4. Oferowany okres gwarancji</w:t>
      </w:r>
    </w:p>
    <w:p w:rsidR="005F1F4C" w:rsidRPr="00862090" w:rsidRDefault="00D87AEE">
      <w:pPr>
        <w:rPr>
          <w:rFonts w:asciiTheme="majorHAnsi" w:hAnsiTheme="majorHAnsi" w:cstheme="majorHAnsi"/>
          <w:sz w:val="22"/>
        </w:rPr>
      </w:pPr>
      <w:r w:rsidRPr="00862090">
        <w:rPr>
          <w:rFonts w:asciiTheme="majorHAnsi" w:hAnsiTheme="majorHAnsi" w:cstheme="majorHAnsi"/>
          <w:sz w:val="22"/>
        </w:rPr>
        <w:t>Oferujemy udzielenie gwarancji na wykonany przedmiot zamówienia na okres:</w:t>
      </w:r>
    </w:p>
    <w:p w:rsidR="005F1F4C" w:rsidRPr="00862090" w:rsidRDefault="00D87AEE">
      <w:pPr>
        <w:jc w:val="center"/>
        <w:rPr>
          <w:rFonts w:asciiTheme="majorHAnsi" w:hAnsiTheme="majorHAnsi" w:cstheme="majorHAnsi"/>
          <w:sz w:val="22"/>
        </w:rPr>
      </w:pPr>
      <w:r w:rsidRPr="00862090">
        <w:rPr>
          <w:rFonts w:asciiTheme="majorHAnsi" w:hAnsiTheme="majorHAnsi" w:cstheme="majorHAnsi"/>
          <w:b/>
          <w:sz w:val="22"/>
        </w:rPr>
        <w:lastRenderedPageBreak/>
        <w:t>................................................ miesięcy</w:t>
      </w:r>
    </w:p>
    <w:p w:rsidR="005F1F4C" w:rsidRPr="00862090" w:rsidRDefault="00D87AEE">
      <w:pPr>
        <w:rPr>
          <w:rFonts w:asciiTheme="majorHAnsi" w:hAnsiTheme="majorHAnsi" w:cstheme="majorHAnsi"/>
          <w:sz w:val="22"/>
        </w:rPr>
      </w:pPr>
      <w:r w:rsidRPr="00862090">
        <w:rPr>
          <w:rFonts w:asciiTheme="majorHAnsi" w:hAnsiTheme="majorHAnsi" w:cstheme="majorHAnsi"/>
          <w:sz w:val="22"/>
        </w:rPr>
        <w:t>licząc od dnia podpisania przez Strony protokołu odbioru końcowego.</w:t>
      </w:r>
    </w:p>
    <w:p w:rsidR="005F1F4C" w:rsidRPr="00862090" w:rsidRDefault="00D87AEE">
      <w:pPr>
        <w:pStyle w:val="Nagwek1"/>
        <w:rPr>
          <w:rFonts w:cstheme="majorHAnsi"/>
          <w:color w:val="000000" w:themeColor="text1"/>
          <w:sz w:val="22"/>
          <w:szCs w:val="22"/>
        </w:rPr>
      </w:pPr>
      <w:r w:rsidRPr="00862090">
        <w:rPr>
          <w:rFonts w:cstheme="majorHAnsi"/>
          <w:color w:val="000000" w:themeColor="text1"/>
          <w:sz w:val="22"/>
          <w:szCs w:val="22"/>
        </w:rPr>
        <w:t>6. Oświadczenia Wykonawcy</w:t>
      </w:r>
    </w:p>
    <w:p w:rsidR="005F1F4C" w:rsidRPr="00862090" w:rsidRDefault="00D87AEE">
      <w:pPr>
        <w:pStyle w:val="Listapunktowana"/>
        <w:rPr>
          <w:rFonts w:asciiTheme="majorHAnsi" w:hAnsiTheme="majorHAnsi" w:cstheme="majorHAnsi"/>
          <w:sz w:val="22"/>
        </w:rPr>
      </w:pPr>
      <w:r w:rsidRPr="00862090">
        <w:rPr>
          <w:rFonts w:asciiTheme="majorHAnsi" w:hAnsiTheme="majorHAnsi" w:cstheme="majorHAnsi"/>
          <w:sz w:val="22"/>
        </w:rPr>
        <w:t>zapoznaliśmy się z treścią zapytania ofertowego wraz z jego załącznikami i nie wnosimy do nich zastrzeżeń;</w:t>
      </w:r>
    </w:p>
    <w:p w:rsidR="005F1F4C" w:rsidRPr="00862090" w:rsidRDefault="00D87AEE">
      <w:pPr>
        <w:pStyle w:val="Listapunktowana"/>
        <w:rPr>
          <w:rFonts w:asciiTheme="majorHAnsi" w:hAnsiTheme="majorHAnsi" w:cstheme="majorHAnsi"/>
          <w:sz w:val="22"/>
        </w:rPr>
      </w:pPr>
      <w:r w:rsidRPr="00862090">
        <w:rPr>
          <w:rFonts w:asciiTheme="majorHAnsi" w:hAnsiTheme="majorHAnsi" w:cstheme="majorHAnsi"/>
          <w:sz w:val="22"/>
        </w:rPr>
        <w:t>uzyskaliśmy wszelkie informacje niezbędne do przygotowania i złożenia oferty;</w:t>
      </w:r>
    </w:p>
    <w:p w:rsidR="005F1F4C" w:rsidRPr="00862090" w:rsidRDefault="00D87AEE">
      <w:pPr>
        <w:pStyle w:val="Listapunktowana"/>
        <w:rPr>
          <w:rFonts w:asciiTheme="majorHAnsi" w:hAnsiTheme="majorHAnsi" w:cstheme="majorHAnsi"/>
          <w:sz w:val="22"/>
        </w:rPr>
      </w:pPr>
      <w:r w:rsidRPr="00862090">
        <w:rPr>
          <w:rFonts w:asciiTheme="majorHAnsi" w:hAnsiTheme="majorHAnsi" w:cstheme="majorHAnsi"/>
          <w:sz w:val="22"/>
        </w:rPr>
        <w:t>oferowany przedmiot zamówienia spełnia wszystkie wymagania określone przez Zamawiającego;</w:t>
      </w:r>
    </w:p>
    <w:p w:rsidR="005F1F4C" w:rsidRPr="00862090" w:rsidRDefault="00D87AEE">
      <w:pPr>
        <w:pStyle w:val="Listapunktowana"/>
        <w:rPr>
          <w:rFonts w:asciiTheme="majorHAnsi" w:hAnsiTheme="majorHAnsi" w:cstheme="majorHAnsi"/>
          <w:sz w:val="22"/>
        </w:rPr>
      </w:pPr>
      <w:r w:rsidRPr="00862090">
        <w:rPr>
          <w:rFonts w:asciiTheme="majorHAnsi" w:hAnsiTheme="majorHAnsi" w:cstheme="majorHAnsi"/>
          <w:sz w:val="22"/>
        </w:rPr>
        <w:t>zaoferowana instalacja fotowoltaiczna będzie posiadała moc nie mniejszą niż 48,00 kWp i nie większą niż 50,00 kWp;</w:t>
      </w:r>
    </w:p>
    <w:p w:rsidR="005F1F4C" w:rsidRPr="00862090" w:rsidRDefault="00D87AEE">
      <w:pPr>
        <w:pStyle w:val="Listapunktowana"/>
        <w:rPr>
          <w:rFonts w:asciiTheme="majorHAnsi" w:hAnsiTheme="majorHAnsi" w:cstheme="majorHAnsi"/>
          <w:sz w:val="22"/>
        </w:rPr>
      </w:pPr>
      <w:r w:rsidRPr="00862090">
        <w:rPr>
          <w:rFonts w:asciiTheme="majorHAnsi" w:hAnsiTheme="majorHAnsi" w:cstheme="majorHAnsi"/>
          <w:sz w:val="22"/>
        </w:rPr>
        <w:t>cena wskazana w niniejszym formularzu obejmuje wszystkie koszty związane z prawidłową realizacją zamówienia;</w:t>
      </w:r>
    </w:p>
    <w:p w:rsidR="005F1F4C" w:rsidRPr="00862090" w:rsidRDefault="00D87AEE">
      <w:pPr>
        <w:pStyle w:val="Listapunktowana"/>
        <w:rPr>
          <w:rFonts w:asciiTheme="majorHAnsi" w:hAnsiTheme="majorHAnsi" w:cstheme="majorHAnsi"/>
          <w:sz w:val="22"/>
        </w:rPr>
      </w:pPr>
      <w:r w:rsidRPr="00862090">
        <w:rPr>
          <w:rFonts w:asciiTheme="majorHAnsi" w:hAnsiTheme="majorHAnsi" w:cstheme="majorHAnsi"/>
          <w:sz w:val="22"/>
        </w:rPr>
        <w:t>zobowiązujemy się do wykonania przedmiotu zamówienia zgodnie z wymaganiami określonymi w zapytaniu ofertowym;</w:t>
      </w:r>
    </w:p>
    <w:p w:rsidR="005F1F4C" w:rsidRPr="00862090" w:rsidRDefault="00D87AEE">
      <w:pPr>
        <w:pStyle w:val="Listapunktowana"/>
        <w:rPr>
          <w:rFonts w:asciiTheme="majorHAnsi" w:hAnsiTheme="majorHAnsi" w:cstheme="majorHAnsi"/>
          <w:sz w:val="22"/>
        </w:rPr>
      </w:pPr>
      <w:r w:rsidRPr="00862090">
        <w:rPr>
          <w:rFonts w:asciiTheme="majorHAnsi" w:hAnsiTheme="majorHAnsi" w:cstheme="majorHAnsi"/>
          <w:sz w:val="22"/>
        </w:rPr>
        <w:t>w przypadku wyboru naszej oferty zobowiązujemy się do zawarcia umowy w terminie i na warunkach określonych przez Zamawiającego;</w:t>
      </w:r>
    </w:p>
    <w:p w:rsidR="005F1F4C" w:rsidRPr="00862090" w:rsidRDefault="00D87AEE">
      <w:pPr>
        <w:pStyle w:val="Listapunktowana"/>
        <w:rPr>
          <w:rFonts w:asciiTheme="majorHAnsi" w:hAnsiTheme="majorHAnsi" w:cstheme="majorHAnsi"/>
          <w:sz w:val="22"/>
        </w:rPr>
      </w:pPr>
      <w:r w:rsidRPr="00862090">
        <w:rPr>
          <w:rFonts w:asciiTheme="majorHAnsi" w:hAnsiTheme="majorHAnsi" w:cstheme="majorHAnsi"/>
          <w:sz w:val="22"/>
        </w:rPr>
        <w:t>podane w formularzu ofertowym informacje dotyczące ceny, mocy instalacji oraz okresu gwarancji są zgodne ze stanem faktycznym i wiążące dla Wykonawcy.</w:t>
      </w:r>
    </w:p>
    <w:p w:rsidR="005F1F4C" w:rsidRPr="00862090" w:rsidRDefault="00D87AEE">
      <w:pPr>
        <w:rPr>
          <w:rFonts w:asciiTheme="majorHAnsi" w:hAnsiTheme="majorHAnsi" w:cstheme="majorHAnsi"/>
          <w:sz w:val="22"/>
        </w:rPr>
      </w:pPr>
      <w:r w:rsidRPr="00862090">
        <w:rPr>
          <w:rFonts w:asciiTheme="majorHAnsi" w:hAnsiTheme="majorHAnsi" w:cstheme="majorHAnsi"/>
          <w:sz w:val="22"/>
        </w:rPr>
        <w:br/>
        <w:t>Miejscowość i data: ............................................................</w:t>
      </w:r>
    </w:p>
    <w:p w:rsidR="005F1F4C" w:rsidRPr="00862090" w:rsidRDefault="00D87AEE">
      <w:pPr>
        <w:rPr>
          <w:rFonts w:asciiTheme="majorHAnsi" w:hAnsiTheme="majorHAnsi" w:cstheme="majorHAnsi"/>
          <w:sz w:val="22"/>
        </w:rPr>
      </w:pPr>
      <w:r w:rsidRPr="00862090">
        <w:rPr>
          <w:rFonts w:asciiTheme="majorHAnsi" w:hAnsiTheme="majorHAnsi" w:cstheme="majorHAnsi"/>
          <w:sz w:val="22"/>
        </w:rPr>
        <w:br/>
        <w:t>Podpis osoby/osób uprawnionych do reprezentowania Wykonawcy:</w:t>
      </w:r>
      <w:r w:rsidRPr="00862090">
        <w:rPr>
          <w:rFonts w:asciiTheme="majorHAnsi" w:hAnsiTheme="majorHAnsi" w:cstheme="majorHAnsi"/>
          <w:sz w:val="22"/>
        </w:rPr>
        <w:br/>
      </w:r>
      <w:r w:rsidRPr="00862090">
        <w:rPr>
          <w:rFonts w:asciiTheme="majorHAnsi" w:hAnsiTheme="majorHAnsi" w:cstheme="majorHAnsi"/>
          <w:sz w:val="22"/>
        </w:rPr>
        <w:br/>
        <w:t>....................................................................................................................</w:t>
      </w:r>
    </w:p>
    <w:p w:rsidR="005F1F4C" w:rsidRDefault="00D87AEE">
      <w:r>
        <w:br/>
      </w:r>
    </w:p>
    <w:sectPr w:rsidR="005F1F4C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C392454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C0E4989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164FB"/>
    <w:rsid w:val="00034616"/>
    <w:rsid w:val="0006063C"/>
    <w:rsid w:val="00113221"/>
    <w:rsid w:val="0015074B"/>
    <w:rsid w:val="0029639D"/>
    <w:rsid w:val="00326F90"/>
    <w:rsid w:val="00413821"/>
    <w:rsid w:val="005F1F4C"/>
    <w:rsid w:val="00862090"/>
    <w:rsid w:val="00AA1D8D"/>
    <w:rsid w:val="00B34058"/>
    <w:rsid w:val="00B47730"/>
    <w:rsid w:val="00CA0CA5"/>
    <w:rsid w:val="00CB0664"/>
    <w:rsid w:val="00D87AE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225951D-9C4B-4DBC-A497-5F439E0D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rPr>
      <w:rFonts w:ascii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EB9D02B-D85B-4B0C-9406-196F705C9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429</Words>
  <Characters>2577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3001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Konto Microsoft</cp:lastModifiedBy>
  <cp:revision>3</cp:revision>
  <dcterms:created xsi:type="dcterms:W3CDTF">2026-09-03T08:25:00Z</dcterms:created>
  <dcterms:modified xsi:type="dcterms:W3CDTF">2026-09-03T11:49:00Z</dcterms:modified>
  <cp:category/>
</cp:coreProperties>
</file>