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728" w:rsidRDefault="00387869">
      <w:pPr>
        <w:jc w:val="center"/>
      </w:pPr>
      <w:r w:rsidRPr="0059076D">
        <w:rPr>
          <w:rFonts w:asciiTheme="majorHAnsi" w:hAnsiTheme="majorHAnsi" w:cstheme="majorHAnsi"/>
          <w:b/>
          <w:sz w:val="28"/>
        </w:rPr>
        <w:t>Warunki udziału w postępowaniu</w:t>
      </w:r>
      <w:r>
        <w:rPr>
          <w:b/>
          <w:sz w:val="28"/>
        </w:rPr>
        <w:br/>
      </w:r>
      <w:r w:rsidRPr="0059076D">
        <w:rPr>
          <w:rFonts w:asciiTheme="majorHAnsi" w:hAnsiTheme="majorHAnsi" w:cstheme="majorHAnsi"/>
          <w:b/>
          <w:sz w:val="24"/>
        </w:rPr>
        <w:t>WYKAZ DOŚWIADCZENIA, OSÓB, OŚWIADCZENIE O UBEZPIECZENIU OC</w:t>
      </w:r>
      <w:r w:rsidRPr="0059076D">
        <w:rPr>
          <w:rFonts w:asciiTheme="majorHAnsi" w:hAnsiTheme="majorHAnsi" w:cstheme="majorHAnsi"/>
          <w:b/>
          <w:sz w:val="24"/>
        </w:rPr>
        <w:br/>
        <w:t>ORAZ INFORMACJA O PODWYKONAWCACH</w:t>
      </w:r>
    </w:p>
    <w:p w:rsidR="008A0728" w:rsidRDefault="0059076D" w:rsidP="0059076D">
      <w:pPr>
        <w:jc w:val="center"/>
      </w:pPr>
      <w:r w:rsidRPr="00862090">
        <w:rPr>
          <w:rFonts w:asciiTheme="majorHAnsi" w:hAnsiTheme="majorHAnsi" w:cstheme="majorHAnsi"/>
          <w:b/>
          <w:sz w:val="22"/>
        </w:rPr>
        <w:t>„</w:t>
      </w:r>
      <w:r w:rsidRPr="00862090">
        <w:rPr>
          <w:rFonts w:asciiTheme="majorHAnsi" w:eastAsia="Times New Roman" w:hAnsiTheme="majorHAnsi" w:cstheme="majorHAnsi"/>
          <w:b/>
          <w:bCs/>
          <w:sz w:val="22"/>
          <w:lang w:eastAsia="pl-PL"/>
        </w:rPr>
        <w:t xml:space="preserve"> Dostawa i montaż instalacji fotowoltaicznej na dachu budynku IFR PAN w Krakowie</w:t>
      </w:r>
      <w:bookmarkStart w:id="0" w:name="_GoBack"/>
      <w:bookmarkEnd w:id="0"/>
      <w:r w:rsidRPr="00862090">
        <w:rPr>
          <w:rFonts w:asciiTheme="majorHAnsi" w:hAnsiTheme="majorHAnsi" w:cstheme="majorHAnsi"/>
          <w:b/>
          <w:sz w:val="22"/>
        </w:rPr>
        <w:t>”</w:t>
      </w:r>
    </w:p>
    <w:p w:rsidR="008A0728" w:rsidRDefault="00387869">
      <w:r>
        <w:rPr>
          <w:b/>
          <w:sz w:val="24"/>
        </w:rPr>
        <w:t>1. DANE WYKONAWCY</w:t>
      </w:r>
    </w:p>
    <w:p w:rsidR="008A0728" w:rsidRDefault="00387869">
      <w:r>
        <w:t>Nazwa / firma Wykonawcy: ........................................................................................................</w:t>
      </w:r>
    </w:p>
    <w:p w:rsidR="008A0728" w:rsidRDefault="00387869">
      <w:r>
        <w:t>Adres siedziby: ........................................................................................................................</w:t>
      </w:r>
    </w:p>
    <w:p w:rsidR="008A0728" w:rsidRDefault="00387869">
      <w:r>
        <w:t>NIP: ............................................................    REGON: ............................................................</w:t>
      </w:r>
    </w:p>
    <w:p w:rsidR="008A0728" w:rsidRDefault="00387869">
      <w:r>
        <w:t>Osoba uprawniona do reprezentowania Wykonawcy: ......................................................................</w:t>
      </w:r>
    </w:p>
    <w:p w:rsidR="008A0728" w:rsidRDefault="00387869">
      <w:r>
        <w:t>Telefon / e-mail: .......................................................................................................................</w:t>
      </w:r>
    </w:p>
    <w:p w:rsidR="008A0728" w:rsidRDefault="00387869">
      <w:r>
        <w:rPr>
          <w:b/>
          <w:sz w:val="24"/>
        </w:rPr>
        <w:t>2. OŚWIADCZENIE O SPEŁNIENIU WARUNKU DOTYCZĄCEGO DOŚWIADCZENIA</w:t>
      </w:r>
    </w:p>
    <w:p w:rsidR="008A0728" w:rsidRDefault="00387869">
      <w:r>
        <w:t>Oświadczam, że Wykonawca posiada wymagane doświadczenie w realizacji instalacji fotowoltaicznych, tj. w okresie ostatnich 3 lat przed upływem terminu składania ofert, a jeżeli okres prowadzenia działalności jest krótszy – w tym okresie, należycie zrealizował co najmniej jedną instalację fotowoltaiczną o mocy nie mniejszej niż 40 kWp.</w:t>
      </w:r>
    </w:p>
    <w:p w:rsidR="008A0728" w:rsidRDefault="00387869">
      <w:r>
        <w:t>W celu potwierdzenia spełnienia powyższego warunku przedstawiam poniżej wykaz wykonanych instalacji fotowoltaicznych: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22"/>
        <w:gridCol w:w="1423"/>
        <w:gridCol w:w="1422"/>
        <w:gridCol w:w="1424"/>
        <w:gridCol w:w="1423"/>
        <w:gridCol w:w="1423"/>
        <w:gridCol w:w="1425"/>
      </w:tblGrid>
      <w:tr w:rsidR="008A0728">
        <w:trPr>
          <w:jc w:val="center"/>
        </w:trPr>
        <w:tc>
          <w:tcPr>
            <w:tcW w:w="1425" w:type="dxa"/>
            <w:shd w:val="clear" w:color="auto" w:fill="D9EAF7"/>
            <w:vAlign w:val="center"/>
          </w:tcPr>
          <w:p w:rsidR="008A0728" w:rsidRDefault="00387869">
            <w:pPr>
              <w:jc w:val="center"/>
            </w:pPr>
            <w:r>
              <w:rPr>
                <w:b/>
                <w:sz w:val="16"/>
              </w:rPr>
              <w:t>Lp.</w:t>
            </w:r>
          </w:p>
        </w:tc>
        <w:tc>
          <w:tcPr>
            <w:tcW w:w="1425" w:type="dxa"/>
            <w:shd w:val="clear" w:color="auto" w:fill="D9EAF7"/>
            <w:vAlign w:val="center"/>
          </w:tcPr>
          <w:p w:rsidR="008A0728" w:rsidRDefault="00387869">
            <w:pPr>
              <w:jc w:val="center"/>
            </w:pPr>
            <w:r>
              <w:rPr>
                <w:b/>
                <w:sz w:val="16"/>
              </w:rPr>
              <w:t>Zakres / przedmiot instalacji</w:t>
            </w:r>
          </w:p>
        </w:tc>
        <w:tc>
          <w:tcPr>
            <w:tcW w:w="1425" w:type="dxa"/>
            <w:shd w:val="clear" w:color="auto" w:fill="D9EAF7"/>
            <w:vAlign w:val="center"/>
          </w:tcPr>
          <w:p w:rsidR="008A0728" w:rsidRDefault="00387869">
            <w:pPr>
              <w:jc w:val="center"/>
            </w:pPr>
            <w:r>
              <w:rPr>
                <w:b/>
                <w:sz w:val="16"/>
              </w:rPr>
              <w:t>Moc</w:t>
            </w:r>
            <w:r>
              <w:rPr>
                <w:b/>
                <w:sz w:val="16"/>
              </w:rPr>
              <w:br/>
              <w:t>[kWp]</w:t>
            </w:r>
          </w:p>
        </w:tc>
        <w:tc>
          <w:tcPr>
            <w:tcW w:w="1425" w:type="dxa"/>
            <w:shd w:val="clear" w:color="auto" w:fill="D9EAF7"/>
            <w:vAlign w:val="center"/>
          </w:tcPr>
          <w:p w:rsidR="008A0728" w:rsidRDefault="00387869">
            <w:pPr>
              <w:jc w:val="center"/>
            </w:pPr>
            <w:r>
              <w:rPr>
                <w:b/>
                <w:sz w:val="16"/>
              </w:rPr>
              <w:t>Miejsce wykonania</w:t>
            </w:r>
          </w:p>
        </w:tc>
        <w:tc>
          <w:tcPr>
            <w:tcW w:w="1425" w:type="dxa"/>
            <w:shd w:val="clear" w:color="auto" w:fill="D9EAF7"/>
            <w:vAlign w:val="center"/>
          </w:tcPr>
          <w:p w:rsidR="008A0728" w:rsidRDefault="00387869">
            <w:pPr>
              <w:jc w:val="center"/>
            </w:pPr>
            <w:r>
              <w:rPr>
                <w:b/>
                <w:sz w:val="16"/>
              </w:rPr>
              <w:t>Data realizacji</w:t>
            </w:r>
          </w:p>
        </w:tc>
        <w:tc>
          <w:tcPr>
            <w:tcW w:w="1425" w:type="dxa"/>
            <w:shd w:val="clear" w:color="auto" w:fill="D9EAF7"/>
            <w:vAlign w:val="center"/>
          </w:tcPr>
          <w:p w:rsidR="008A0728" w:rsidRDefault="00387869">
            <w:pPr>
              <w:jc w:val="center"/>
            </w:pPr>
            <w:r>
              <w:rPr>
                <w:b/>
                <w:sz w:val="16"/>
              </w:rPr>
              <w:t>Podmiot, na rzecz którego wykonano instalację</w:t>
            </w:r>
          </w:p>
        </w:tc>
        <w:tc>
          <w:tcPr>
            <w:tcW w:w="1425" w:type="dxa"/>
            <w:shd w:val="clear" w:color="auto" w:fill="D9EAF7"/>
            <w:vAlign w:val="center"/>
          </w:tcPr>
          <w:p w:rsidR="008A0728" w:rsidRDefault="00387869">
            <w:pPr>
              <w:jc w:val="center"/>
            </w:pPr>
            <w:r>
              <w:rPr>
                <w:b/>
                <w:sz w:val="16"/>
              </w:rPr>
              <w:t>Dokument potwierdzający należyte wykonanie</w:t>
            </w:r>
          </w:p>
        </w:tc>
      </w:tr>
      <w:tr w:rsidR="008A0728">
        <w:trPr>
          <w:jc w:val="center"/>
        </w:trPr>
        <w:tc>
          <w:tcPr>
            <w:tcW w:w="1425" w:type="dxa"/>
            <w:vAlign w:val="center"/>
          </w:tcPr>
          <w:p w:rsidR="008A0728" w:rsidRDefault="00387869">
            <w:pPr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25" w:type="dxa"/>
            <w:vAlign w:val="center"/>
          </w:tcPr>
          <w:p w:rsidR="008A0728" w:rsidRDefault="008A0728">
            <w:pPr>
              <w:jc w:val="center"/>
            </w:pPr>
          </w:p>
        </w:tc>
        <w:tc>
          <w:tcPr>
            <w:tcW w:w="1425" w:type="dxa"/>
            <w:vAlign w:val="center"/>
          </w:tcPr>
          <w:p w:rsidR="008A0728" w:rsidRDefault="008A0728">
            <w:pPr>
              <w:jc w:val="center"/>
            </w:pPr>
          </w:p>
        </w:tc>
        <w:tc>
          <w:tcPr>
            <w:tcW w:w="1425" w:type="dxa"/>
            <w:vAlign w:val="center"/>
          </w:tcPr>
          <w:p w:rsidR="008A0728" w:rsidRDefault="008A0728">
            <w:pPr>
              <w:jc w:val="center"/>
            </w:pPr>
          </w:p>
        </w:tc>
        <w:tc>
          <w:tcPr>
            <w:tcW w:w="1425" w:type="dxa"/>
            <w:vAlign w:val="center"/>
          </w:tcPr>
          <w:p w:rsidR="008A0728" w:rsidRDefault="008A0728">
            <w:pPr>
              <w:jc w:val="center"/>
            </w:pPr>
          </w:p>
        </w:tc>
        <w:tc>
          <w:tcPr>
            <w:tcW w:w="1425" w:type="dxa"/>
            <w:vAlign w:val="center"/>
          </w:tcPr>
          <w:p w:rsidR="008A0728" w:rsidRDefault="008A0728">
            <w:pPr>
              <w:jc w:val="center"/>
            </w:pPr>
          </w:p>
        </w:tc>
        <w:tc>
          <w:tcPr>
            <w:tcW w:w="1425" w:type="dxa"/>
            <w:vAlign w:val="center"/>
          </w:tcPr>
          <w:p w:rsidR="008A0728" w:rsidRDefault="008A0728">
            <w:pPr>
              <w:jc w:val="center"/>
            </w:pPr>
          </w:p>
        </w:tc>
      </w:tr>
      <w:tr w:rsidR="008A0728">
        <w:trPr>
          <w:jc w:val="center"/>
        </w:trPr>
        <w:tc>
          <w:tcPr>
            <w:tcW w:w="1425" w:type="dxa"/>
            <w:vAlign w:val="center"/>
          </w:tcPr>
          <w:p w:rsidR="008A0728" w:rsidRDefault="00387869">
            <w:pPr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25" w:type="dxa"/>
            <w:vAlign w:val="center"/>
          </w:tcPr>
          <w:p w:rsidR="008A0728" w:rsidRDefault="008A0728">
            <w:pPr>
              <w:jc w:val="center"/>
            </w:pPr>
          </w:p>
        </w:tc>
        <w:tc>
          <w:tcPr>
            <w:tcW w:w="1425" w:type="dxa"/>
            <w:vAlign w:val="center"/>
          </w:tcPr>
          <w:p w:rsidR="008A0728" w:rsidRDefault="008A0728">
            <w:pPr>
              <w:jc w:val="center"/>
            </w:pPr>
          </w:p>
        </w:tc>
        <w:tc>
          <w:tcPr>
            <w:tcW w:w="1425" w:type="dxa"/>
            <w:vAlign w:val="center"/>
          </w:tcPr>
          <w:p w:rsidR="008A0728" w:rsidRDefault="008A0728">
            <w:pPr>
              <w:jc w:val="center"/>
            </w:pPr>
          </w:p>
        </w:tc>
        <w:tc>
          <w:tcPr>
            <w:tcW w:w="1425" w:type="dxa"/>
            <w:vAlign w:val="center"/>
          </w:tcPr>
          <w:p w:rsidR="008A0728" w:rsidRDefault="008A0728">
            <w:pPr>
              <w:jc w:val="center"/>
            </w:pPr>
          </w:p>
        </w:tc>
        <w:tc>
          <w:tcPr>
            <w:tcW w:w="1425" w:type="dxa"/>
            <w:vAlign w:val="center"/>
          </w:tcPr>
          <w:p w:rsidR="008A0728" w:rsidRDefault="008A0728">
            <w:pPr>
              <w:jc w:val="center"/>
            </w:pPr>
          </w:p>
        </w:tc>
        <w:tc>
          <w:tcPr>
            <w:tcW w:w="1425" w:type="dxa"/>
            <w:vAlign w:val="center"/>
          </w:tcPr>
          <w:p w:rsidR="008A0728" w:rsidRDefault="008A0728">
            <w:pPr>
              <w:jc w:val="center"/>
            </w:pPr>
          </w:p>
        </w:tc>
      </w:tr>
    </w:tbl>
    <w:p w:rsidR="008A0728" w:rsidRDefault="00387869">
      <w:r>
        <w:t>Do wykazu należy dołączyć dokumenty potwierdzające należyte wykonanie wskazanych instalacji (np. referencje, protokoły odbioru lub inne dokumenty wystawione przez podmiot, na rzecz którego zamówienie zostało wykonane).</w:t>
      </w:r>
    </w:p>
    <w:p w:rsidR="008A0728" w:rsidRDefault="00387869">
      <w:r>
        <w:rPr>
          <w:b/>
          <w:sz w:val="24"/>
        </w:rPr>
        <w:t>3. WYKAZ OSÓB POSIADAJĄCYCH WYMAGANE KWALIFIKACJE I UPRAWNIENIA</w:t>
      </w:r>
    </w:p>
    <w:p w:rsidR="008A0728" w:rsidRDefault="00387869">
      <w:r>
        <w:t>Oświadczam, że Wykonawca dysponuje osobami posiadającymi odpowiednie kwalifikacje i uprawnienia niezbędne do wykonania przedmiotu zamówienia, w tym wymagane uprawnienia kwalifikacyjne SEP odpowiednie do zakresu wykonywanych prac.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659"/>
        <w:gridCol w:w="1660"/>
        <w:gridCol w:w="1661"/>
        <w:gridCol w:w="1661"/>
        <w:gridCol w:w="1661"/>
        <w:gridCol w:w="1660"/>
      </w:tblGrid>
      <w:tr w:rsidR="008A0728">
        <w:trPr>
          <w:jc w:val="center"/>
        </w:trPr>
        <w:tc>
          <w:tcPr>
            <w:tcW w:w="1662" w:type="dxa"/>
            <w:shd w:val="clear" w:color="auto" w:fill="D9EAF7"/>
            <w:vAlign w:val="center"/>
          </w:tcPr>
          <w:p w:rsidR="008A0728" w:rsidRDefault="00387869">
            <w:pPr>
              <w:jc w:val="center"/>
            </w:pPr>
            <w:r>
              <w:rPr>
                <w:b/>
                <w:sz w:val="16"/>
              </w:rPr>
              <w:t>Lp.</w:t>
            </w:r>
          </w:p>
        </w:tc>
        <w:tc>
          <w:tcPr>
            <w:tcW w:w="1662" w:type="dxa"/>
            <w:shd w:val="clear" w:color="auto" w:fill="D9EAF7"/>
            <w:vAlign w:val="center"/>
          </w:tcPr>
          <w:p w:rsidR="008A0728" w:rsidRDefault="00387869">
            <w:pPr>
              <w:jc w:val="center"/>
            </w:pPr>
            <w:r>
              <w:rPr>
                <w:b/>
                <w:sz w:val="16"/>
              </w:rPr>
              <w:t>Imię i nazwisko</w:t>
            </w:r>
          </w:p>
        </w:tc>
        <w:tc>
          <w:tcPr>
            <w:tcW w:w="1662" w:type="dxa"/>
            <w:shd w:val="clear" w:color="auto" w:fill="D9EAF7"/>
            <w:vAlign w:val="center"/>
          </w:tcPr>
          <w:p w:rsidR="008A0728" w:rsidRDefault="00387869">
            <w:pPr>
              <w:jc w:val="center"/>
            </w:pPr>
            <w:r>
              <w:rPr>
                <w:b/>
                <w:sz w:val="16"/>
              </w:rPr>
              <w:t>Funkcja / zakres wykonywanych prac</w:t>
            </w:r>
          </w:p>
        </w:tc>
        <w:tc>
          <w:tcPr>
            <w:tcW w:w="1662" w:type="dxa"/>
            <w:shd w:val="clear" w:color="auto" w:fill="D9EAF7"/>
            <w:vAlign w:val="center"/>
          </w:tcPr>
          <w:p w:rsidR="008A0728" w:rsidRDefault="00387869">
            <w:pPr>
              <w:jc w:val="center"/>
            </w:pPr>
            <w:r>
              <w:rPr>
                <w:b/>
                <w:sz w:val="16"/>
              </w:rPr>
              <w:t>Rodzaj uprawnień / kwalifikacji</w:t>
            </w:r>
          </w:p>
        </w:tc>
        <w:tc>
          <w:tcPr>
            <w:tcW w:w="1662" w:type="dxa"/>
            <w:shd w:val="clear" w:color="auto" w:fill="D9EAF7"/>
            <w:vAlign w:val="center"/>
          </w:tcPr>
          <w:p w:rsidR="008A0728" w:rsidRDefault="00387869">
            <w:pPr>
              <w:jc w:val="center"/>
            </w:pPr>
            <w:r>
              <w:rPr>
                <w:b/>
                <w:sz w:val="16"/>
              </w:rPr>
              <w:t>Nr uprawnień / świadectwa</w:t>
            </w:r>
          </w:p>
        </w:tc>
        <w:tc>
          <w:tcPr>
            <w:tcW w:w="1662" w:type="dxa"/>
            <w:shd w:val="clear" w:color="auto" w:fill="D9EAF7"/>
            <w:vAlign w:val="center"/>
          </w:tcPr>
          <w:p w:rsidR="008A0728" w:rsidRDefault="00387869">
            <w:pPr>
              <w:jc w:val="center"/>
            </w:pPr>
            <w:r>
              <w:rPr>
                <w:b/>
                <w:sz w:val="16"/>
              </w:rPr>
              <w:t>Data ważności</w:t>
            </w:r>
          </w:p>
        </w:tc>
      </w:tr>
      <w:tr w:rsidR="008A0728">
        <w:trPr>
          <w:jc w:val="center"/>
        </w:trPr>
        <w:tc>
          <w:tcPr>
            <w:tcW w:w="1662" w:type="dxa"/>
            <w:vAlign w:val="center"/>
          </w:tcPr>
          <w:p w:rsidR="008A0728" w:rsidRDefault="00387869">
            <w:pPr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62" w:type="dxa"/>
            <w:vAlign w:val="center"/>
          </w:tcPr>
          <w:p w:rsidR="008A0728" w:rsidRDefault="008A0728">
            <w:pPr>
              <w:jc w:val="center"/>
            </w:pPr>
          </w:p>
        </w:tc>
        <w:tc>
          <w:tcPr>
            <w:tcW w:w="1662" w:type="dxa"/>
            <w:vAlign w:val="center"/>
          </w:tcPr>
          <w:p w:rsidR="008A0728" w:rsidRDefault="008A0728">
            <w:pPr>
              <w:jc w:val="center"/>
            </w:pPr>
          </w:p>
        </w:tc>
        <w:tc>
          <w:tcPr>
            <w:tcW w:w="1662" w:type="dxa"/>
            <w:vAlign w:val="center"/>
          </w:tcPr>
          <w:p w:rsidR="008A0728" w:rsidRDefault="008A0728">
            <w:pPr>
              <w:jc w:val="center"/>
            </w:pPr>
          </w:p>
        </w:tc>
        <w:tc>
          <w:tcPr>
            <w:tcW w:w="1662" w:type="dxa"/>
            <w:vAlign w:val="center"/>
          </w:tcPr>
          <w:p w:rsidR="008A0728" w:rsidRDefault="008A0728">
            <w:pPr>
              <w:jc w:val="center"/>
            </w:pPr>
          </w:p>
        </w:tc>
        <w:tc>
          <w:tcPr>
            <w:tcW w:w="1662" w:type="dxa"/>
            <w:vAlign w:val="center"/>
          </w:tcPr>
          <w:p w:rsidR="008A0728" w:rsidRDefault="008A0728">
            <w:pPr>
              <w:jc w:val="center"/>
            </w:pPr>
          </w:p>
        </w:tc>
      </w:tr>
      <w:tr w:rsidR="008A0728">
        <w:trPr>
          <w:jc w:val="center"/>
        </w:trPr>
        <w:tc>
          <w:tcPr>
            <w:tcW w:w="1662" w:type="dxa"/>
            <w:vAlign w:val="center"/>
          </w:tcPr>
          <w:p w:rsidR="008A0728" w:rsidRDefault="00387869">
            <w:pPr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62" w:type="dxa"/>
            <w:vAlign w:val="center"/>
          </w:tcPr>
          <w:p w:rsidR="008A0728" w:rsidRDefault="008A0728">
            <w:pPr>
              <w:jc w:val="center"/>
            </w:pPr>
          </w:p>
        </w:tc>
        <w:tc>
          <w:tcPr>
            <w:tcW w:w="1662" w:type="dxa"/>
            <w:vAlign w:val="center"/>
          </w:tcPr>
          <w:p w:rsidR="008A0728" w:rsidRDefault="008A0728">
            <w:pPr>
              <w:jc w:val="center"/>
            </w:pPr>
          </w:p>
        </w:tc>
        <w:tc>
          <w:tcPr>
            <w:tcW w:w="1662" w:type="dxa"/>
            <w:vAlign w:val="center"/>
          </w:tcPr>
          <w:p w:rsidR="008A0728" w:rsidRDefault="008A0728">
            <w:pPr>
              <w:jc w:val="center"/>
            </w:pPr>
          </w:p>
        </w:tc>
        <w:tc>
          <w:tcPr>
            <w:tcW w:w="1662" w:type="dxa"/>
            <w:vAlign w:val="center"/>
          </w:tcPr>
          <w:p w:rsidR="008A0728" w:rsidRDefault="008A0728">
            <w:pPr>
              <w:jc w:val="center"/>
            </w:pPr>
          </w:p>
        </w:tc>
        <w:tc>
          <w:tcPr>
            <w:tcW w:w="1662" w:type="dxa"/>
            <w:vAlign w:val="center"/>
          </w:tcPr>
          <w:p w:rsidR="008A0728" w:rsidRDefault="008A0728">
            <w:pPr>
              <w:jc w:val="center"/>
            </w:pPr>
          </w:p>
        </w:tc>
      </w:tr>
      <w:tr w:rsidR="008A0728">
        <w:trPr>
          <w:jc w:val="center"/>
        </w:trPr>
        <w:tc>
          <w:tcPr>
            <w:tcW w:w="1662" w:type="dxa"/>
            <w:vAlign w:val="center"/>
          </w:tcPr>
          <w:p w:rsidR="008A0728" w:rsidRDefault="00387869">
            <w:pPr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662" w:type="dxa"/>
            <w:vAlign w:val="center"/>
          </w:tcPr>
          <w:p w:rsidR="008A0728" w:rsidRDefault="008A0728">
            <w:pPr>
              <w:jc w:val="center"/>
            </w:pPr>
          </w:p>
        </w:tc>
        <w:tc>
          <w:tcPr>
            <w:tcW w:w="1662" w:type="dxa"/>
            <w:vAlign w:val="center"/>
          </w:tcPr>
          <w:p w:rsidR="008A0728" w:rsidRDefault="008A0728">
            <w:pPr>
              <w:jc w:val="center"/>
            </w:pPr>
          </w:p>
        </w:tc>
        <w:tc>
          <w:tcPr>
            <w:tcW w:w="1662" w:type="dxa"/>
            <w:vAlign w:val="center"/>
          </w:tcPr>
          <w:p w:rsidR="008A0728" w:rsidRDefault="008A0728">
            <w:pPr>
              <w:jc w:val="center"/>
            </w:pPr>
          </w:p>
        </w:tc>
        <w:tc>
          <w:tcPr>
            <w:tcW w:w="1662" w:type="dxa"/>
            <w:vAlign w:val="center"/>
          </w:tcPr>
          <w:p w:rsidR="008A0728" w:rsidRDefault="008A0728">
            <w:pPr>
              <w:jc w:val="center"/>
            </w:pPr>
          </w:p>
        </w:tc>
        <w:tc>
          <w:tcPr>
            <w:tcW w:w="1662" w:type="dxa"/>
            <w:vAlign w:val="center"/>
          </w:tcPr>
          <w:p w:rsidR="008A0728" w:rsidRDefault="008A0728">
            <w:pPr>
              <w:jc w:val="center"/>
            </w:pPr>
          </w:p>
        </w:tc>
      </w:tr>
    </w:tbl>
    <w:p w:rsidR="008A0728" w:rsidRDefault="00387869">
      <w:r>
        <w:t>Wykonawca zobowiązuje się zapewnić udział osób posiadających wymagane kwalifikacje i uprawnienia przez cały okres realizacji prac, w zakresie niezbędnym do prawidłowego wykonania zamówienia.</w:t>
      </w:r>
    </w:p>
    <w:p w:rsidR="008A0728" w:rsidRDefault="00387869">
      <w:r>
        <w:rPr>
          <w:b/>
          <w:sz w:val="24"/>
        </w:rPr>
        <w:t>4. OŚWIADCZENIE DOTYCZĄCE UBEZPIECZENIA ODPOWIEDZIALNOŚCI CYWILNEJ (OC)</w:t>
      </w:r>
    </w:p>
    <w:p w:rsidR="008A0728" w:rsidRDefault="00387869">
      <w:r>
        <w:lastRenderedPageBreak/>
        <w:t>Oświadczam, że Wykonawca posiada oraz zobowiązuje się utrzymywać przez cały okres realizacji zamówienia ubezpieczenie odpowiedzialności cywilnej (OC) w zakresie prowadzonej działalności związanej z przedmiotem zamówienia, obejmującej w szczególności montaż i wykonywanie instalacji fotowoltaicznych, na sumę gwarancyjną nie niższą niż 170 000,00 zł.</w:t>
      </w:r>
    </w:p>
    <w:p w:rsidR="008A0728" w:rsidRDefault="00387869">
      <w:r>
        <w:t>Suma gwarancyjna posiadanego ubezpieczenia OC: ........................................................ zł</w:t>
      </w:r>
    </w:p>
    <w:p w:rsidR="008A0728" w:rsidRDefault="00387869">
      <w:r>
        <w:t>Numer polisy: .................................................................................................................</w:t>
      </w:r>
    </w:p>
    <w:p w:rsidR="008A0728" w:rsidRDefault="00387869">
      <w:r>
        <w:t>Okres obowiązywania polisy: od ........................................ do ........................................</w:t>
      </w:r>
    </w:p>
    <w:p w:rsidR="008A0728" w:rsidRDefault="00387869">
      <w:r>
        <w:t>Ubezpieczyciel: ....................................................................................................................</w:t>
      </w:r>
    </w:p>
    <w:p w:rsidR="008A0728" w:rsidRDefault="00387869">
      <w:r>
        <w:t>Na potwierdzenie spełnienia powyższego warunku Wykonawca załącza kopię polisy OC lub innego dokumentu potwierdzającego posiadanie wymaganego ubezpieczenia.</w:t>
      </w:r>
    </w:p>
    <w:p w:rsidR="008A0728" w:rsidRDefault="00387869">
      <w:r>
        <w:rPr>
          <w:b/>
          <w:sz w:val="24"/>
        </w:rPr>
        <w:t>5. INFORMACJA O PODWYKONAWCACH</w:t>
      </w:r>
    </w:p>
    <w:p w:rsidR="008A0728" w:rsidRDefault="00387869">
      <w:r>
        <w:t>Oświadczam, że:</w:t>
      </w:r>
    </w:p>
    <w:p w:rsidR="008A0728" w:rsidRDefault="00387869">
      <w:r>
        <w:t>☐ zamówienie wykonam w całości własnymi siłami, bez udziału Podwykonawców.</w:t>
      </w:r>
    </w:p>
    <w:p w:rsidR="008A0728" w:rsidRDefault="00387869">
      <w:r>
        <w:t>☐ zamierzam powierzyć Podwykonawcom wykonanie części zamówienia.</w:t>
      </w:r>
    </w:p>
    <w:p w:rsidR="008A0728" w:rsidRDefault="00387869">
      <w:r>
        <w:t>W przypadku zamiaru powierzenia wykonania części zamówienia Podwykonawcom, wskazuję poniżej zakres części zamówienia oraz nazwy Podwykonawców: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8A0728">
        <w:trPr>
          <w:jc w:val="center"/>
        </w:trPr>
        <w:tc>
          <w:tcPr>
            <w:tcW w:w="3324" w:type="dxa"/>
            <w:shd w:val="clear" w:color="auto" w:fill="D9EAF7"/>
            <w:vAlign w:val="center"/>
          </w:tcPr>
          <w:p w:rsidR="008A0728" w:rsidRDefault="00387869">
            <w:pPr>
              <w:jc w:val="center"/>
            </w:pPr>
            <w:r>
              <w:rPr>
                <w:b/>
                <w:sz w:val="16"/>
              </w:rPr>
              <w:t>Lp.</w:t>
            </w:r>
          </w:p>
        </w:tc>
        <w:tc>
          <w:tcPr>
            <w:tcW w:w="3324" w:type="dxa"/>
            <w:shd w:val="clear" w:color="auto" w:fill="D9EAF7"/>
            <w:vAlign w:val="center"/>
          </w:tcPr>
          <w:p w:rsidR="008A0728" w:rsidRDefault="00387869">
            <w:pPr>
              <w:jc w:val="center"/>
            </w:pPr>
            <w:r>
              <w:rPr>
                <w:b/>
                <w:sz w:val="16"/>
              </w:rPr>
              <w:t>Część / zakres zamówienia powierzona Podwykonawcy</w:t>
            </w:r>
          </w:p>
        </w:tc>
        <w:tc>
          <w:tcPr>
            <w:tcW w:w="3324" w:type="dxa"/>
            <w:shd w:val="clear" w:color="auto" w:fill="D9EAF7"/>
            <w:vAlign w:val="center"/>
          </w:tcPr>
          <w:p w:rsidR="008A0728" w:rsidRDefault="00387869">
            <w:pPr>
              <w:jc w:val="center"/>
            </w:pPr>
            <w:r>
              <w:rPr>
                <w:b/>
                <w:sz w:val="16"/>
              </w:rPr>
              <w:t>Nazwa Podwykonawcy</w:t>
            </w:r>
          </w:p>
        </w:tc>
      </w:tr>
      <w:tr w:rsidR="008A0728">
        <w:trPr>
          <w:jc w:val="center"/>
        </w:trPr>
        <w:tc>
          <w:tcPr>
            <w:tcW w:w="3324" w:type="dxa"/>
            <w:vAlign w:val="center"/>
          </w:tcPr>
          <w:p w:rsidR="008A0728" w:rsidRDefault="00387869">
            <w:pPr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24" w:type="dxa"/>
            <w:vAlign w:val="center"/>
          </w:tcPr>
          <w:p w:rsidR="008A0728" w:rsidRDefault="008A0728">
            <w:pPr>
              <w:jc w:val="center"/>
            </w:pPr>
          </w:p>
        </w:tc>
        <w:tc>
          <w:tcPr>
            <w:tcW w:w="3324" w:type="dxa"/>
            <w:vAlign w:val="center"/>
          </w:tcPr>
          <w:p w:rsidR="008A0728" w:rsidRDefault="008A0728">
            <w:pPr>
              <w:jc w:val="center"/>
            </w:pPr>
          </w:p>
        </w:tc>
      </w:tr>
      <w:tr w:rsidR="008A0728">
        <w:trPr>
          <w:jc w:val="center"/>
        </w:trPr>
        <w:tc>
          <w:tcPr>
            <w:tcW w:w="3324" w:type="dxa"/>
            <w:vAlign w:val="center"/>
          </w:tcPr>
          <w:p w:rsidR="008A0728" w:rsidRDefault="00387869">
            <w:pPr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24" w:type="dxa"/>
            <w:vAlign w:val="center"/>
          </w:tcPr>
          <w:p w:rsidR="008A0728" w:rsidRDefault="008A0728">
            <w:pPr>
              <w:jc w:val="center"/>
            </w:pPr>
          </w:p>
        </w:tc>
        <w:tc>
          <w:tcPr>
            <w:tcW w:w="3324" w:type="dxa"/>
            <w:vAlign w:val="center"/>
          </w:tcPr>
          <w:p w:rsidR="008A0728" w:rsidRDefault="008A0728">
            <w:pPr>
              <w:jc w:val="center"/>
            </w:pPr>
          </w:p>
        </w:tc>
      </w:tr>
      <w:tr w:rsidR="008A0728">
        <w:trPr>
          <w:jc w:val="center"/>
        </w:trPr>
        <w:tc>
          <w:tcPr>
            <w:tcW w:w="3324" w:type="dxa"/>
            <w:vAlign w:val="center"/>
          </w:tcPr>
          <w:p w:rsidR="008A0728" w:rsidRDefault="00387869">
            <w:pPr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24" w:type="dxa"/>
            <w:vAlign w:val="center"/>
          </w:tcPr>
          <w:p w:rsidR="008A0728" w:rsidRDefault="008A0728">
            <w:pPr>
              <w:jc w:val="center"/>
            </w:pPr>
          </w:p>
        </w:tc>
        <w:tc>
          <w:tcPr>
            <w:tcW w:w="3324" w:type="dxa"/>
            <w:vAlign w:val="center"/>
          </w:tcPr>
          <w:p w:rsidR="008A0728" w:rsidRDefault="008A0728">
            <w:pPr>
              <w:jc w:val="center"/>
            </w:pPr>
          </w:p>
        </w:tc>
      </w:tr>
    </w:tbl>
    <w:p w:rsidR="008A0728" w:rsidRDefault="00387869">
      <w:r>
        <w:t>Zamawiający nie zastrzega obowiązku osobistego wykonania przez Wykonawcę kluczowych zadań. Wykonawca zobowiązany jest wskazać w ofercie części zamówienia, których wykonanie zamierza powierzyć Podwykonawcom, oraz podać nazwy ewentualnych Podwykonawców, jeżeli są znane na etapie składania oferty.</w:t>
      </w:r>
    </w:p>
    <w:p w:rsidR="008A0728" w:rsidRDefault="008A0728"/>
    <w:p w:rsidR="008A0728" w:rsidRDefault="00387869">
      <w:r>
        <w:rPr>
          <w:b/>
          <w:sz w:val="24"/>
        </w:rPr>
        <w:t>6. OŚWIADCZENIE KOŃCOWE</w:t>
      </w:r>
    </w:p>
    <w:p w:rsidR="008A0728" w:rsidRDefault="00387869">
      <w:r>
        <w:t>Oświadczam, że wszystkie informacje zawarte w niniejszym formularzu są zgodne ze stanem faktycznym i prawnym oraz że jestem świadomy odpowiedzialności za podanie informacji niezgodnych z rzeczywistością.</w:t>
      </w:r>
    </w:p>
    <w:p w:rsidR="008A0728" w:rsidRDefault="008A0728"/>
    <w:p w:rsidR="008A0728" w:rsidRDefault="00387869">
      <w:r>
        <w:t>Miejscowość i data: ................................................................................................................</w:t>
      </w:r>
    </w:p>
    <w:p w:rsidR="008A0728" w:rsidRDefault="008A0728"/>
    <w:p w:rsidR="008A0728" w:rsidRDefault="00387869">
      <w:r>
        <w:t>.................................................................................</w:t>
      </w:r>
    </w:p>
    <w:p w:rsidR="008A0728" w:rsidRDefault="00387869">
      <w:r>
        <w:t>podpis osoby uprawnionej do reprezentowania Wykonawcy</w:t>
      </w:r>
    </w:p>
    <w:sectPr w:rsidR="008A0728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7869"/>
    <w:rsid w:val="0059076D"/>
    <w:rsid w:val="008A072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19C18414-32D5-419F-B2D0-4D3F9C395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E9D9892-E1B8-4E54-AA93-EBB5932A0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674</Words>
  <Characters>4046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4711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Konto Microsoft</cp:lastModifiedBy>
  <cp:revision>3</cp:revision>
  <dcterms:created xsi:type="dcterms:W3CDTF">2026-09-02T10:55:00Z</dcterms:created>
  <dcterms:modified xsi:type="dcterms:W3CDTF">2026-09-03T11:54:00Z</dcterms:modified>
  <cp:category/>
</cp:coreProperties>
</file>